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4762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64748B"/>
                <w:sz w:val="16"/>
              </w:rPr>
              <w:t>Absender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[Firma]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[Strasse Nr.]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[PLZ Ort]</w:t>
            </w:r>
          </w:p>
          <w:p>
            <w:pPr>
              <w:spacing w:after="0" w:before="0"/>
            </w:pPr>
            <w:r>
              <w:rPr>
                <w:b w:val="0"/>
                <w:sz w:val="19"/>
              </w:rPr>
              <w:t>[Telefon / E-Mail]</w:t>
            </w:r>
          </w:p>
        </w:tc>
        <w:tc>
          <w:tcPr>
            <w:tcW w:type="dxa" w:w="4762"/>
          </w:tcPr>
          <w:p>
            <w:pPr>
              <w:spacing w:after="0"/>
              <w:jc w:val="right"/>
            </w:pPr>
            <w:r/>
            <w:r>
              <w:rPr>
                <w:b/>
                <w:color w:val="4F46E5"/>
                <w:sz w:val="40"/>
              </w:rPr>
              <w:t>Lieferschein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64748B"/>
                <w:sz w:val="18"/>
              </w:rPr>
              <w:t xml:space="preserve">Lieferschein-Nr.: </w:t>
            </w:r>
            <w:r>
              <w:rPr>
                <w:sz w:val="18"/>
              </w:rPr>
              <w:t>____________________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64748B"/>
                <w:sz w:val="18"/>
              </w:rPr>
              <w:t xml:space="preserve">Lieferdatum: </w:t>
            </w:r>
            <w:r>
              <w:rPr>
                <w:sz w:val="18"/>
              </w:rPr>
              <w:t>____________________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64748B"/>
                <w:sz w:val="18"/>
              </w:rPr>
              <w:t xml:space="preserve">Ihre Bestell-Nr. / Referenz: </w:t>
            </w:r>
            <w:r>
              <w:rPr>
                <w:sz w:val="18"/>
              </w:rPr>
              <w:t>____________________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color w:val="64748B"/>
                <w:sz w:val="18"/>
              </w:rPr>
              <w:t xml:space="preserve">Zu Auftrag / Offerte: </w:t>
            </w:r>
            <w:r>
              <w:rPr>
                <w:sz w:val="18"/>
              </w:rPr>
              <w:t>____________________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/>
            </w:pPr>
            <w:r/>
            <w:r>
              <w:rPr>
                <w:b/>
                <w:color w:val="64748B"/>
                <w:sz w:val="16"/>
              </w:rPr>
              <w:t>Empfänger / Kunde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4932"/>
          </w:tcPr>
          <w:p>
            <w:pPr>
              <w:spacing w:after="0"/>
            </w:pPr>
            <w:r/>
            <w:r>
              <w:rPr>
                <w:b/>
                <w:color w:val="64748B"/>
                <w:sz w:val="16"/>
              </w:rPr>
              <w:t>Lieferadresse (falls anders als Empfänger)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1020"/>
        <w:gridCol w:w="1134"/>
        <w:gridCol w:w="5443"/>
        <w:gridCol w:w="1587"/>
      </w:tblGrid>
      <w:tr>
        <w:tc>
          <w:tcPr>
            <w:tcW w:type="dxa" w:w="680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Pos.</w:t>
            </w:r>
          </w:p>
        </w:tc>
        <w:tc>
          <w:tcPr>
            <w:tcW w:type="dxa" w:w="1020"/>
            <w:shd w:val="clear" w:color="auto" w:fill="F1F5F9"/>
          </w:tcPr>
          <w:p>
            <w:pPr>
              <w:spacing w:after="0"/>
              <w:jc w:val="right"/>
            </w:pPr>
            <w:r/>
            <w:r>
              <w:rPr>
                <w:b/>
                <w:color w:val="475569"/>
                <w:sz w:val="16"/>
              </w:rPr>
              <w:t>Menge</w:t>
            </w:r>
          </w:p>
        </w:tc>
        <w:tc>
          <w:tcPr>
            <w:tcW w:type="dxa" w:w="1134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Einheit</w:t>
            </w:r>
          </w:p>
        </w:tc>
        <w:tc>
          <w:tcPr>
            <w:tcW w:type="dxa" w:w="5443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Bezeichnung</w:t>
            </w:r>
          </w:p>
        </w:tc>
        <w:tc>
          <w:tcPr>
            <w:tcW w:type="dxa" w:w="1587"/>
            <w:shd w:val="clear" w:color="auto" w:fill="F1F5F9"/>
          </w:tcPr>
          <w:p>
            <w:pPr>
              <w:spacing w:after="0"/>
            </w:pPr>
            <w:r/>
            <w:r>
              <w:rPr>
                <w:b/>
                <w:color w:val="475569"/>
                <w:sz w:val="16"/>
              </w:rPr>
              <w:t>Art.-Nr.</w:t>
            </w:r>
          </w:p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1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2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3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4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5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6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7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8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9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10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11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12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13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  <w:tr>
        <w:trPr>
          <w:trHeight w:val="425" w:hRule="atLeast"/>
        </w:trPr>
        <w:tc>
          <w:tcPr>
            <w:tcW w:type="dxa" w:w="680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14</w:t>
            </w:r>
          </w:p>
        </w:tc>
        <w:tc>
          <w:tcPr>
            <w:tcW w:type="dxa" w:w="1020"/>
          </w:tcPr>
          <w:p/>
        </w:tc>
        <w:tc>
          <w:tcPr>
            <w:tcW w:type="dxa" w:w="1134"/>
          </w:tcPr>
          <w:p/>
        </w:tc>
        <w:tc>
          <w:tcPr>
            <w:tcW w:type="dxa" w:w="5443"/>
          </w:tcPr>
          <w:p/>
        </w:tc>
        <w:tc>
          <w:tcPr>
            <w:tcW w:type="dxa" w:w="1587"/>
          </w:tcPr>
          <w:p/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0" w:before="0"/>
      </w:pPr>
      <w:r>
        <w:rPr>
          <w:b w:val="0"/>
          <w:color w:val="64748B"/>
          <w:sz w:val="16"/>
        </w:rPr>
        <w:t>Bemerkungen (z. B. Teillieferung, fehlende oder beschädigte Ware):</w:t>
      </w:r>
    </w:p>
    <w:p>
      <w:pPr>
        <w:spacing w:after="200" w:before="0"/>
      </w:pPr>
      <w:r>
        <w:rPr>
          <w:b w:val="0"/>
          <w:color w:val="CBD5E1"/>
          <w:sz w:val="18"/>
        </w:rPr>
        <w:t>________________________________________________________________________________________________</w:t>
      </w:r>
    </w:p>
    <w:p>
      <w:pPr>
        <w:spacing w:after="120" w:before="0"/>
      </w:pPr>
      <w:r>
        <w:rPr>
          <w:b/>
          <w:sz w:val="20"/>
        </w:rPr>
        <w:t>Empfangsbestätigung</w:t>
      </w:r>
    </w:p>
    <w:p>
      <w:pPr>
        <w:spacing w:after="360" w:before="0"/>
      </w:pPr>
      <w:r>
        <w:rPr>
          <w:b w:val="0"/>
          <w:sz w:val="19"/>
        </w:rPr>
        <w:t>☐ Ware vollständig erhalten        ☐ Teillieferung / Abweichung – siehe Bemerkungen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8"/>
              </w:rPr>
              <w:t>______________________________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8"/>
              </w:rPr>
              <w:t>______________________________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8"/>
              </w:rPr>
              <w:t>______________________________</w:t>
            </w:r>
          </w:p>
        </w:tc>
      </w:tr>
      <w:tr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Ort, Datum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Name (in Blockschrift)</w:t>
            </w:r>
          </w:p>
        </w:tc>
        <w:tc>
          <w:tcPr>
            <w:tcW w:type="dxa" w:w="3288"/>
          </w:tcPr>
          <w:p>
            <w:pPr>
              <w:spacing w:after="0"/>
            </w:pPr>
            <w:r/>
            <w:r>
              <w:rPr>
                <w:b w:val="0"/>
                <w:color w:val="64748B"/>
                <w:sz w:val="16"/>
              </w:rPr>
              <w:t>Unterschrift Empfänger/in</w:t>
            </w:r>
          </w:p>
        </w:tc>
      </w:tr>
    </w:tbl>
    <w:p>
      <w:pPr>
        <w:spacing w:after="0" w:before="0"/>
      </w:pPr>
      <w:r>
        <w:rPr>
          <w:b w:val="0"/>
          <w:sz w:val="8"/>
        </w:rPr>
      </w:r>
    </w:p>
    <w:p>
      <w:pPr>
        <w:spacing w:after="0" w:before="0"/>
      </w:pPr>
      <w:r>
        <w:rPr>
          <w:b w:val="0"/>
          <w:color w:val="94A3B8"/>
          <w:sz w:val="14"/>
        </w:rPr>
        <w:t>Ohne Preise: Die Rechnung folgt separat. — Vorlage: erplight.ch/lieferschein-vorlage-schweiz – online ausfüllen und als PDF laden, ohne Anmeldung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Lieferschein – Vorlage Schweiz</dc:title>
  <dc:subject/>
  <dc:creator>ERPLight</dc:creator>
  <cp:keywords/>
  <dc:description>Vorlage von erplight.ch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