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2"/>
        <w:gridCol w:w="4762"/>
      </w:tblGrid>
      <w:tr>
        <w:tc>
          <w:tcPr>
            <w:tcW w:type="dxa" w:w="5102"/>
          </w:tcPr>
          <w:p>
            <w:pPr>
              <w:spacing w:after="0"/>
            </w:pPr>
            <w:r/>
            <w:r>
              <w:rPr>
                <w:b/>
                <w:color w:val="64748B"/>
                <w:sz w:val="16"/>
              </w:rPr>
              <w:t>Ausführende Firma</w:t>
            </w:r>
          </w:p>
          <w:p>
            <w:pPr>
              <w:spacing w:after="0" w:before="0"/>
            </w:pPr>
            <w:r>
              <w:rPr>
                <w:b w:val="0"/>
                <w:sz w:val="19"/>
              </w:rPr>
              <w:t>[Firma]</w:t>
            </w:r>
          </w:p>
          <w:p>
            <w:pPr>
              <w:spacing w:after="0" w:before="0"/>
            </w:pPr>
            <w:r>
              <w:rPr>
                <w:b w:val="0"/>
                <w:sz w:val="19"/>
              </w:rPr>
              <w:t>[Strasse Nr.]</w:t>
            </w:r>
          </w:p>
          <w:p>
            <w:pPr>
              <w:spacing w:after="0" w:before="0"/>
            </w:pPr>
            <w:r>
              <w:rPr>
                <w:b w:val="0"/>
                <w:sz w:val="19"/>
              </w:rPr>
              <w:t>[PLZ Ort]</w:t>
            </w:r>
          </w:p>
          <w:p>
            <w:pPr>
              <w:spacing w:after="0" w:before="0"/>
            </w:pPr>
            <w:r>
              <w:rPr>
                <w:b w:val="0"/>
                <w:sz w:val="19"/>
              </w:rPr>
              <w:t>[Telefon / E-Mail]</w:t>
            </w:r>
          </w:p>
        </w:tc>
        <w:tc>
          <w:tcPr>
            <w:tcW w:type="dxa" w:w="4762"/>
          </w:tcPr>
          <w:p>
            <w:pPr>
              <w:spacing w:after="0"/>
              <w:jc w:val="right"/>
            </w:pPr>
            <w:r/>
            <w:r>
              <w:rPr>
                <w:b/>
                <w:color w:val="4F46E5"/>
                <w:sz w:val="40"/>
              </w:rPr>
              <w:t>Arbeitsrapport</w:t>
            </w:r>
          </w:p>
          <w:p>
            <w:pPr>
              <w:spacing w:after="0" w:before="0"/>
              <w:jc w:val="right"/>
            </w:pPr>
            <w:r>
              <w:rPr>
                <w:b w:val="0"/>
                <w:color w:val="64748B"/>
                <w:sz w:val="18"/>
              </w:rPr>
              <w:t xml:space="preserve">Rapport-Nr.: </w:t>
            </w:r>
            <w:r>
              <w:rPr>
                <w:sz w:val="18"/>
              </w:rPr>
              <w:t>____________________</w:t>
            </w:r>
          </w:p>
          <w:p>
            <w:pPr>
              <w:spacing w:after="0" w:before="0"/>
              <w:jc w:val="right"/>
            </w:pPr>
            <w:r>
              <w:rPr>
                <w:b w:val="0"/>
                <w:color w:val="64748B"/>
                <w:sz w:val="18"/>
              </w:rPr>
              <w:t xml:space="preserve">Datum: </w:t>
            </w:r>
            <w:r>
              <w:rPr>
                <w:sz w:val="18"/>
              </w:rPr>
              <w:t>____________________</w:t>
            </w:r>
          </w:p>
          <w:p>
            <w:pPr>
              <w:spacing w:after="0" w:before="0"/>
              <w:jc w:val="right"/>
            </w:pPr>
            <w:r>
              <w:rPr>
                <w:b w:val="0"/>
                <w:color w:val="64748B"/>
                <w:sz w:val="18"/>
              </w:rPr>
              <w:t xml:space="preserve">Auftrag / Referenz: </w:t>
            </w:r>
            <w:r>
              <w:rPr>
                <w:sz w:val="18"/>
              </w:rPr>
              <w:t>____________________</w:t>
            </w:r>
          </w:p>
        </w:tc>
      </w:tr>
    </w:tbl>
    <w:p/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932"/>
        <w:gridCol w:w="4932"/>
      </w:tblGrid>
      <w:tr>
        <w:tc>
          <w:tcPr>
            <w:tcW w:type="dxa" w:w="4932"/>
          </w:tcPr>
          <w:p>
            <w:pPr>
              <w:spacing w:after="0"/>
            </w:pPr>
            <w:r/>
            <w:r>
              <w:rPr>
                <w:b/>
                <w:color w:val="64748B"/>
                <w:sz w:val="16"/>
              </w:rPr>
              <w:t>Kunde / Auftraggeber/in</w:t>
            </w:r>
          </w:p>
          <w:p>
            <w:pPr>
              <w:spacing w:after="0" w:before="0"/>
            </w:pPr>
            <w:r>
              <w:rPr>
                <w:b w:val="0"/>
                <w:sz w:val="20"/>
              </w:rPr>
              <w:t xml:space="preserve"> </w:t>
            </w:r>
          </w:p>
          <w:p>
            <w:pPr>
              <w:spacing w:after="0" w:before="0"/>
            </w:pPr>
            <w:r>
              <w:rPr>
                <w:b w:val="0"/>
                <w:sz w:val="20"/>
              </w:rPr>
              <w:t xml:space="preserve"> </w:t>
            </w:r>
          </w:p>
          <w:p>
            <w:pPr>
              <w:spacing w:after="0" w:before="0"/>
            </w:pPr>
            <w:r>
              <w:rPr>
                <w:b w:val="0"/>
                <w:sz w:val="20"/>
              </w:rPr>
              <w:t xml:space="preserve"> </w:t>
            </w:r>
          </w:p>
        </w:tc>
        <w:tc>
          <w:tcPr>
            <w:tcW w:type="dxa" w:w="4932"/>
          </w:tcPr>
          <w:p>
            <w:pPr>
              <w:spacing w:after="0"/>
            </w:pPr>
            <w:r/>
            <w:r>
              <w:rPr>
                <w:b/>
                <w:color w:val="64748B"/>
                <w:sz w:val="16"/>
              </w:rPr>
              <w:t>Objekt / Baustelle</w:t>
            </w:r>
          </w:p>
          <w:p>
            <w:pPr>
              <w:spacing w:after="0" w:before="0"/>
            </w:pPr>
            <w:r>
              <w:rPr>
                <w:b w:val="0"/>
                <w:sz w:val="20"/>
              </w:rPr>
              <w:t xml:space="preserve"> </w:t>
            </w:r>
          </w:p>
          <w:p>
            <w:pPr>
              <w:spacing w:after="0" w:before="0"/>
            </w:pPr>
            <w:r>
              <w:rPr>
                <w:b w:val="0"/>
                <w:sz w:val="20"/>
              </w:rPr>
              <w:t xml:space="preserve"> </w:t>
            </w:r>
          </w:p>
          <w:p>
            <w:pPr>
              <w:spacing w:after="0" w:before="0"/>
            </w:pPr>
            <w:r>
              <w:rPr>
                <w:b w:val="0"/>
                <w:sz w:val="20"/>
              </w:rPr>
              <w:t xml:space="preserve"> </w:t>
            </w:r>
          </w:p>
        </w:tc>
      </w:tr>
    </w:tbl>
    <w:p/>
    <w:p>
      <w:pPr>
        <w:spacing w:after="80" w:before="0"/>
      </w:pPr>
      <w:r>
        <w:rPr>
          <w:b/>
          <w:sz w:val="20"/>
        </w:rPr>
        <w:t>Arbeiten und Stunden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020"/>
        <w:gridCol w:w="1814"/>
        <w:gridCol w:w="3969"/>
        <w:gridCol w:w="737"/>
        <w:gridCol w:w="737"/>
        <w:gridCol w:w="737"/>
        <w:gridCol w:w="850"/>
      </w:tblGrid>
      <w:tr>
        <w:tc>
          <w:tcPr>
            <w:tcW w:type="dxa" w:w="1020"/>
            <w:shd w:val="clear" w:color="auto" w:fill="F1F5F9"/>
          </w:tcPr>
          <w:p>
            <w:pPr>
              <w:spacing w:after="0"/>
            </w:pPr>
            <w:r/>
            <w:r>
              <w:rPr>
                <w:b/>
                <w:color w:val="475569"/>
                <w:sz w:val="16"/>
              </w:rPr>
              <w:t>Datum</w:t>
            </w:r>
          </w:p>
        </w:tc>
        <w:tc>
          <w:tcPr>
            <w:tcW w:type="dxa" w:w="1814"/>
            <w:shd w:val="clear" w:color="auto" w:fill="F1F5F9"/>
          </w:tcPr>
          <w:p>
            <w:pPr>
              <w:spacing w:after="0"/>
            </w:pPr>
            <w:r/>
            <w:r>
              <w:rPr>
                <w:b/>
                <w:color w:val="475569"/>
                <w:sz w:val="16"/>
              </w:rPr>
              <w:t>Mitarbeiter/in</w:t>
            </w:r>
          </w:p>
        </w:tc>
        <w:tc>
          <w:tcPr>
            <w:tcW w:type="dxa" w:w="3969"/>
            <w:shd w:val="clear" w:color="auto" w:fill="F1F5F9"/>
          </w:tcPr>
          <w:p>
            <w:pPr>
              <w:spacing w:after="0"/>
            </w:pPr>
            <w:r/>
            <w:r>
              <w:rPr>
                <w:b/>
                <w:color w:val="475569"/>
                <w:sz w:val="16"/>
              </w:rPr>
              <w:t>Ausgeführte Arbeiten</w:t>
            </w:r>
          </w:p>
        </w:tc>
        <w:tc>
          <w:tcPr>
            <w:tcW w:type="dxa" w:w="737"/>
            <w:shd w:val="clear" w:color="auto" w:fill="F1F5F9"/>
          </w:tcPr>
          <w:p>
            <w:pPr>
              <w:spacing w:after="0"/>
              <w:jc w:val="right"/>
            </w:pPr>
            <w:r/>
            <w:r>
              <w:rPr>
                <w:b/>
                <w:color w:val="475569"/>
                <w:sz w:val="16"/>
              </w:rPr>
              <w:t>Von</w:t>
            </w:r>
          </w:p>
        </w:tc>
        <w:tc>
          <w:tcPr>
            <w:tcW w:type="dxa" w:w="737"/>
            <w:shd w:val="clear" w:color="auto" w:fill="F1F5F9"/>
          </w:tcPr>
          <w:p>
            <w:pPr>
              <w:spacing w:after="0"/>
              <w:jc w:val="right"/>
            </w:pPr>
            <w:r/>
            <w:r>
              <w:rPr>
                <w:b/>
                <w:color w:val="475569"/>
                <w:sz w:val="16"/>
              </w:rPr>
              <w:t>Bis</w:t>
            </w:r>
          </w:p>
        </w:tc>
        <w:tc>
          <w:tcPr>
            <w:tcW w:type="dxa" w:w="737"/>
            <w:shd w:val="clear" w:color="auto" w:fill="F1F5F9"/>
          </w:tcPr>
          <w:p>
            <w:pPr>
              <w:spacing w:after="0"/>
              <w:jc w:val="right"/>
            </w:pPr>
            <w:r/>
            <w:r>
              <w:rPr>
                <w:b/>
                <w:color w:val="475569"/>
                <w:sz w:val="16"/>
              </w:rPr>
              <w:t>Pause</w:t>
            </w:r>
          </w:p>
        </w:tc>
        <w:tc>
          <w:tcPr>
            <w:tcW w:type="dxa" w:w="850"/>
            <w:shd w:val="clear" w:color="auto" w:fill="F1F5F9"/>
          </w:tcPr>
          <w:p>
            <w:pPr>
              <w:spacing w:after="0"/>
              <w:jc w:val="right"/>
            </w:pPr>
            <w:r/>
            <w:r>
              <w:rPr>
                <w:b/>
                <w:color w:val="475569"/>
                <w:sz w:val="16"/>
              </w:rPr>
              <w:t>Std.</w:t>
            </w:r>
          </w:p>
        </w:tc>
      </w:tr>
      <w:tr>
        <w:trPr>
          <w:trHeight w:val="396" w:hRule="atLeast"/>
        </w:trPr>
        <w:tc>
          <w:tcPr>
            <w:tcW w:type="dxa" w:w="1020"/>
          </w:tcPr>
          <w:p/>
        </w:tc>
        <w:tc>
          <w:tcPr>
            <w:tcW w:type="dxa" w:w="1814"/>
          </w:tcPr>
          <w:p/>
        </w:tc>
        <w:tc>
          <w:tcPr>
            <w:tcW w:type="dxa" w:w="3969"/>
          </w:tcPr>
          <w:p/>
        </w:tc>
        <w:tc>
          <w:tcPr>
            <w:tcW w:type="dxa" w:w="737"/>
          </w:tcPr>
          <w:p/>
        </w:tc>
        <w:tc>
          <w:tcPr>
            <w:tcW w:type="dxa" w:w="737"/>
          </w:tcPr>
          <w:p/>
        </w:tc>
        <w:tc>
          <w:tcPr>
            <w:tcW w:type="dxa" w:w="737"/>
          </w:tcPr>
          <w:p/>
        </w:tc>
        <w:tc>
          <w:tcPr>
            <w:tcW w:type="dxa" w:w="850"/>
          </w:tcPr>
          <w:p/>
        </w:tc>
      </w:tr>
      <w:tr>
        <w:trPr>
          <w:trHeight w:val="396" w:hRule="atLeast"/>
        </w:trPr>
        <w:tc>
          <w:tcPr>
            <w:tcW w:type="dxa" w:w="1020"/>
          </w:tcPr>
          <w:p/>
        </w:tc>
        <w:tc>
          <w:tcPr>
            <w:tcW w:type="dxa" w:w="1814"/>
          </w:tcPr>
          <w:p/>
        </w:tc>
        <w:tc>
          <w:tcPr>
            <w:tcW w:type="dxa" w:w="3969"/>
          </w:tcPr>
          <w:p/>
        </w:tc>
        <w:tc>
          <w:tcPr>
            <w:tcW w:type="dxa" w:w="737"/>
          </w:tcPr>
          <w:p/>
        </w:tc>
        <w:tc>
          <w:tcPr>
            <w:tcW w:type="dxa" w:w="737"/>
          </w:tcPr>
          <w:p/>
        </w:tc>
        <w:tc>
          <w:tcPr>
            <w:tcW w:type="dxa" w:w="737"/>
          </w:tcPr>
          <w:p/>
        </w:tc>
        <w:tc>
          <w:tcPr>
            <w:tcW w:type="dxa" w:w="850"/>
          </w:tcPr>
          <w:p/>
        </w:tc>
      </w:tr>
      <w:tr>
        <w:trPr>
          <w:trHeight w:val="396" w:hRule="atLeast"/>
        </w:trPr>
        <w:tc>
          <w:tcPr>
            <w:tcW w:type="dxa" w:w="1020"/>
          </w:tcPr>
          <w:p/>
        </w:tc>
        <w:tc>
          <w:tcPr>
            <w:tcW w:type="dxa" w:w="1814"/>
          </w:tcPr>
          <w:p/>
        </w:tc>
        <w:tc>
          <w:tcPr>
            <w:tcW w:type="dxa" w:w="3969"/>
          </w:tcPr>
          <w:p/>
        </w:tc>
        <w:tc>
          <w:tcPr>
            <w:tcW w:type="dxa" w:w="737"/>
          </w:tcPr>
          <w:p/>
        </w:tc>
        <w:tc>
          <w:tcPr>
            <w:tcW w:type="dxa" w:w="737"/>
          </w:tcPr>
          <w:p/>
        </w:tc>
        <w:tc>
          <w:tcPr>
            <w:tcW w:type="dxa" w:w="737"/>
          </w:tcPr>
          <w:p/>
        </w:tc>
        <w:tc>
          <w:tcPr>
            <w:tcW w:type="dxa" w:w="850"/>
          </w:tcPr>
          <w:p/>
        </w:tc>
      </w:tr>
      <w:tr>
        <w:trPr>
          <w:trHeight w:val="396" w:hRule="atLeast"/>
        </w:trPr>
        <w:tc>
          <w:tcPr>
            <w:tcW w:type="dxa" w:w="1020"/>
          </w:tcPr>
          <w:p/>
        </w:tc>
        <w:tc>
          <w:tcPr>
            <w:tcW w:type="dxa" w:w="1814"/>
          </w:tcPr>
          <w:p/>
        </w:tc>
        <w:tc>
          <w:tcPr>
            <w:tcW w:type="dxa" w:w="3969"/>
          </w:tcPr>
          <w:p/>
        </w:tc>
        <w:tc>
          <w:tcPr>
            <w:tcW w:type="dxa" w:w="737"/>
          </w:tcPr>
          <w:p/>
        </w:tc>
        <w:tc>
          <w:tcPr>
            <w:tcW w:type="dxa" w:w="737"/>
          </w:tcPr>
          <w:p/>
        </w:tc>
        <w:tc>
          <w:tcPr>
            <w:tcW w:type="dxa" w:w="737"/>
          </w:tcPr>
          <w:p/>
        </w:tc>
        <w:tc>
          <w:tcPr>
            <w:tcW w:type="dxa" w:w="850"/>
          </w:tcPr>
          <w:p/>
        </w:tc>
      </w:tr>
      <w:tr>
        <w:trPr>
          <w:trHeight w:val="396" w:hRule="atLeast"/>
        </w:trPr>
        <w:tc>
          <w:tcPr>
            <w:tcW w:type="dxa" w:w="1020"/>
          </w:tcPr>
          <w:p/>
        </w:tc>
        <w:tc>
          <w:tcPr>
            <w:tcW w:type="dxa" w:w="1814"/>
          </w:tcPr>
          <w:p/>
        </w:tc>
        <w:tc>
          <w:tcPr>
            <w:tcW w:type="dxa" w:w="3969"/>
          </w:tcPr>
          <w:p/>
        </w:tc>
        <w:tc>
          <w:tcPr>
            <w:tcW w:type="dxa" w:w="737"/>
          </w:tcPr>
          <w:p/>
        </w:tc>
        <w:tc>
          <w:tcPr>
            <w:tcW w:type="dxa" w:w="737"/>
          </w:tcPr>
          <w:p/>
        </w:tc>
        <w:tc>
          <w:tcPr>
            <w:tcW w:type="dxa" w:w="737"/>
          </w:tcPr>
          <w:p/>
        </w:tc>
        <w:tc>
          <w:tcPr>
            <w:tcW w:type="dxa" w:w="850"/>
          </w:tcPr>
          <w:p/>
        </w:tc>
      </w:tr>
      <w:tr>
        <w:trPr>
          <w:trHeight w:val="396" w:hRule="atLeast"/>
        </w:trPr>
        <w:tc>
          <w:tcPr>
            <w:tcW w:type="dxa" w:w="1020"/>
          </w:tcPr>
          <w:p/>
        </w:tc>
        <w:tc>
          <w:tcPr>
            <w:tcW w:type="dxa" w:w="1814"/>
          </w:tcPr>
          <w:p/>
        </w:tc>
        <w:tc>
          <w:tcPr>
            <w:tcW w:type="dxa" w:w="3969"/>
          </w:tcPr>
          <w:p/>
        </w:tc>
        <w:tc>
          <w:tcPr>
            <w:tcW w:type="dxa" w:w="737"/>
          </w:tcPr>
          <w:p/>
        </w:tc>
        <w:tc>
          <w:tcPr>
            <w:tcW w:type="dxa" w:w="737"/>
          </w:tcPr>
          <w:p/>
        </w:tc>
        <w:tc>
          <w:tcPr>
            <w:tcW w:type="dxa" w:w="737"/>
          </w:tcPr>
          <w:p/>
        </w:tc>
        <w:tc>
          <w:tcPr>
            <w:tcW w:type="dxa" w:w="850"/>
          </w:tcPr>
          <w:p/>
        </w:tc>
      </w:tr>
      <w:tr>
        <w:trPr>
          <w:trHeight w:val="396" w:hRule="atLeast"/>
        </w:trPr>
        <w:tc>
          <w:tcPr>
            <w:tcW w:type="dxa" w:w="1020"/>
          </w:tcPr>
          <w:p/>
        </w:tc>
        <w:tc>
          <w:tcPr>
            <w:tcW w:type="dxa" w:w="1814"/>
          </w:tcPr>
          <w:p/>
        </w:tc>
        <w:tc>
          <w:tcPr>
            <w:tcW w:type="dxa" w:w="3969"/>
          </w:tcPr>
          <w:p/>
        </w:tc>
        <w:tc>
          <w:tcPr>
            <w:tcW w:type="dxa" w:w="737"/>
          </w:tcPr>
          <w:p/>
        </w:tc>
        <w:tc>
          <w:tcPr>
            <w:tcW w:type="dxa" w:w="737"/>
          </w:tcPr>
          <w:p/>
        </w:tc>
        <w:tc>
          <w:tcPr>
            <w:tcW w:type="dxa" w:w="737"/>
          </w:tcPr>
          <w:p/>
        </w:tc>
        <w:tc>
          <w:tcPr>
            <w:tcW w:type="dxa" w:w="850"/>
          </w:tcPr>
          <w:p/>
        </w:tc>
      </w:tr>
      <w:tr>
        <w:trPr>
          <w:trHeight w:val="396" w:hRule="atLeast"/>
        </w:trPr>
        <w:tc>
          <w:tcPr>
            <w:tcW w:type="dxa" w:w="1020"/>
          </w:tcPr>
          <w:p/>
        </w:tc>
        <w:tc>
          <w:tcPr>
            <w:tcW w:type="dxa" w:w="1814"/>
          </w:tcPr>
          <w:p/>
        </w:tc>
        <w:tc>
          <w:tcPr>
            <w:tcW w:type="dxa" w:w="3969"/>
          </w:tcPr>
          <w:p/>
        </w:tc>
        <w:tc>
          <w:tcPr>
            <w:tcW w:type="dxa" w:w="737"/>
          </w:tcPr>
          <w:p/>
        </w:tc>
        <w:tc>
          <w:tcPr>
            <w:tcW w:type="dxa" w:w="737"/>
          </w:tcPr>
          <w:p/>
        </w:tc>
        <w:tc>
          <w:tcPr>
            <w:tcW w:type="dxa" w:w="737"/>
          </w:tcPr>
          <w:p/>
        </w:tc>
        <w:tc>
          <w:tcPr>
            <w:tcW w:type="dxa" w:w="850"/>
          </w:tcPr>
          <w:p/>
        </w:tc>
      </w:tr>
      <w:tr>
        <w:trPr>
          <w:trHeight w:val="396" w:hRule="atLeast"/>
        </w:trPr>
        <w:tc>
          <w:tcPr>
            <w:tcW w:type="dxa" w:w="1020"/>
          </w:tcPr>
          <w:p/>
        </w:tc>
        <w:tc>
          <w:tcPr>
            <w:tcW w:type="dxa" w:w="1814"/>
          </w:tcPr>
          <w:p/>
        </w:tc>
        <w:tc>
          <w:tcPr>
            <w:tcW w:type="dxa" w:w="3969"/>
          </w:tcPr>
          <w:p/>
        </w:tc>
        <w:tc>
          <w:tcPr>
            <w:tcW w:type="dxa" w:w="737"/>
          </w:tcPr>
          <w:p/>
        </w:tc>
        <w:tc>
          <w:tcPr>
            <w:tcW w:type="dxa" w:w="737"/>
          </w:tcPr>
          <w:p/>
        </w:tc>
        <w:tc>
          <w:tcPr>
            <w:tcW w:type="dxa" w:w="737"/>
          </w:tcPr>
          <w:p/>
        </w:tc>
        <w:tc>
          <w:tcPr>
            <w:tcW w:type="dxa" w:w="850"/>
          </w:tcPr>
          <w:p/>
        </w:tc>
      </w:tr>
      <w:tr>
        <w:trPr>
          <w:trHeight w:val="396" w:hRule="atLeast"/>
        </w:trPr>
        <w:tc>
          <w:tcPr>
            <w:tcW w:type="dxa" w:w="1020"/>
          </w:tcPr>
          <w:p/>
        </w:tc>
        <w:tc>
          <w:tcPr>
            <w:tcW w:type="dxa" w:w="1814"/>
          </w:tcPr>
          <w:p/>
        </w:tc>
        <w:tc>
          <w:tcPr>
            <w:tcW w:type="dxa" w:w="3969"/>
          </w:tcPr>
          <w:p/>
        </w:tc>
        <w:tc>
          <w:tcPr>
            <w:tcW w:type="dxa" w:w="737"/>
          </w:tcPr>
          <w:p/>
        </w:tc>
        <w:tc>
          <w:tcPr>
            <w:tcW w:type="dxa" w:w="737"/>
          </w:tcPr>
          <w:p/>
        </w:tc>
        <w:tc>
          <w:tcPr>
            <w:tcW w:type="dxa" w:w="737"/>
          </w:tcPr>
          <w:p/>
        </w:tc>
        <w:tc>
          <w:tcPr>
            <w:tcW w:type="dxa" w:w="850"/>
          </w:tcPr>
          <w:p/>
        </w:tc>
      </w:tr>
      <w:tr>
        <w:trPr>
          <w:trHeight w:val="396" w:hRule="atLeast"/>
        </w:trPr>
        <w:tc>
          <w:tcPr>
            <w:tcW w:type="dxa" w:w="1020"/>
          </w:tcPr>
          <w:p/>
        </w:tc>
        <w:tc>
          <w:tcPr>
            <w:tcW w:type="dxa" w:w="1814"/>
          </w:tcPr>
          <w:p/>
        </w:tc>
        <w:tc>
          <w:tcPr>
            <w:tcW w:type="dxa" w:w="3969"/>
          </w:tcPr>
          <w:p/>
        </w:tc>
        <w:tc>
          <w:tcPr>
            <w:tcW w:type="dxa" w:w="737"/>
          </w:tcPr>
          <w:p/>
        </w:tc>
        <w:tc>
          <w:tcPr>
            <w:tcW w:type="dxa" w:w="737"/>
          </w:tcPr>
          <w:p/>
        </w:tc>
        <w:tc>
          <w:tcPr>
            <w:tcW w:type="dxa" w:w="737"/>
          </w:tcPr>
          <w:p/>
        </w:tc>
        <w:tc>
          <w:tcPr>
            <w:tcW w:type="dxa" w:w="850"/>
          </w:tcPr>
          <w:p/>
        </w:tc>
      </w:tr>
      <w:tr>
        <w:trPr>
          <w:trHeight w:val="396" w:hRule="atLeast"/>
        </w:trPr>
        <w:tc>
          <w:tcPr>
            <w:tcW w:type="dxa" w:w="737"/>
            <w:gridSpan w:val="6"/>
          </w:tcPr>
          <w:p>
            <w:pPr>
              <w:spacing w:after="0"/>
              <w:jc w:val="right"/>
            </w:pPr>
            <w:r/>
            <w:r>
              <w:rPr>
                <w:b/>
                <w:sz w:val="18"/>
              </w:rPr>
              <w:t>Total Stunden</w:t>
            </w:r>
          </w:p>
        </w:tc>
        <w:tc>
          <w:tcPr>
            <w:tcW w:type="dxa" w:w="850"/>
          </w:tcPr>
          <w:p/>
        </w:tc>
      </w:tr>
    </w:tbl>
    <w:p>
      <w:pPr>
        <w:spacing w:after="0" w:before="0"/>
      </w:pPr>
      <w:r>
        <w:rPr>
          <w:b w:val="0"/>
          <w:sz w:val="8"/>
        </w:rPr>
      </w:r>
    </w:p>
    <w:p>
      <w:pPr>
        <w:spacing w:after="80" w:before="0"/>
      </w:pPr>
      <w:r>
        <w:rPr>
          <w:b/>
          <w:sz w:val="20"/>
        </w:rPr>
        <w:t>Material und Geräte (auch Maschinenstunden, z. B. 2 Std Minibagger)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134"/>
        <w:gridCol w:w="1247"/>
        <w:gridCol w:w="7483"/>
      </w:tblGrid>
      <w:tr>
        <w:tc>
          <w:tcPr>
            <w:tcW w:type="dxa" w:w="1134"/>
            <w:shd w:val="clear" w:color="auto" w:fill="F1F5F9"/>
          </w:tcPr>
          <w:p>
            <w:pPr>
              <w:spacing w:after="0"/>
              <w:jc w:val="right"/>
            </w:pPr>
            <w:r/>
            <w:r>
              <w:rPr>
                <w:b/>
                <w:color w:val="475569"/>
                <w:sz w:val="16"/>
              </w:rPr>
              <w:t>Menge</w:t>
            </w:r>
          </w:p>
        </w:tc>
        <w:tc>
          <w:tcPr>
            <w:tcW w:type="dxa" w:w="1247"/>
            <w:shd w:val="clear" w:color="auto" w:fill="F1F5F9"/>
          </w:tcPr>
          <w:p>
            <w:pPr>
              <w:spacing w:after="0"/>
            </w:pPr>
            <w:r/>
            <w:r>
              <w:rPr>
                <w:b/>
                <w:color w:val="475569"/>
                <w:sz w:val="16"/>
              </w:rPr>
              <w:t>Einheit</w:t>
            </w:r>
          </w:p>
        </w:tc>
        <w:tc>
          <w:tcPr>
            <w:tcW w:type="dxa" w:w="7483"/>
            <w:shd w:val="clear" w:color="auto" w:fill="F1F5F9"/>
          </w:tcPr>
          <w:p>
            <w:pPr>
              <w:spacing w:after="0"/>
            </w:pPr>
            <w:r/>
            <w:r>
              <w:rPr>
                <w:b/>
                <w:color w:val="475569"/>
                <w:sz w:val="16"/>
              </w:rPr>
              <w:t>Bezeichnung</w:t>
            </w:r>
          </w:p>
        </w:tc>
      </w:tr>
      <w:tr>
        <w:trPr>
          <w:trHeight w:val="396" w:hRule="atLeast"/>
        </w:trPr>
        <w:tc>
          <w:tcPr>
            <w:tcW w:type="dxa" w:w="1134"/>
          </w:tcPr>
          <w:p/>
        </w:tc>
        <w:tc>
          <w:tcPr>
            <w:tcW w:type="dxa" w:w="1247"/>
          </w:tcPr>
          <w:p/>
        </w:tc>
        <w:tc>
          <w:tcPr>
            <w:tcW w:type="dxa" w:w="7483"/>
          </w:tcPr>
          <w:p/>
        </w:tc>
      </w:tr>
      <w:tr>
        <w:trPr>
          <w:trHeight w:val="396" w:hRule="atLeast"/>
        </w:trPr>
        <w:tc>
          <w:tcPr>
            <w:tcW w:type="dxa" w:w="1134"/>
          </w:tcPr>
          <w:p/>
        </w:tc>
        <w:tc>
          <w:tcPr>
            <w:tcW w:type="dxa" w:w="1247"/>
          </w:tcPr>
          <w:p/>
        </w:tc>
        <w:tc>
          <w:tcPr>
            <w:tcW w:type="dxa" w:w="7483"/>
          </w:tcPr>
          <w:p/>
        </w:tc>
      </w:tr>
      <w:tr>
        <w:trPr>
          <w:trHeight w:val="396" w:hRule="atLeast"/>
        </w:trPr>
        <w:tc>
          <w:tcPr>
            <w:tcW w:type="dxa" w:w="1134"/>
          </w:tcPr>
          <w:p/>
        </w:tc>
        <w:tc>
          <w:tcPr>
            <w:tcW w:type="dxa" w:w="1247"/>
          </w:tcPr>
          <w:p/>
        </w:tc>
        <w:tc>
          <w:tcPr>
            <w:tcW w:type="dxa" w:w="7483"/>
          </w:tcPr>
          <w:p/>
        </w:tc>
      </w:tr>
      <w:tr>
        <w:trPr>
          <w:trHeight w:val="396" w:hRule="atLeast"/>
        </w:trPr>
        <w:tc>
          <w:tcPr>
            <w:tcW w:type="dxa" w:w="1134"/>
          </w:tcPr>
          <w:p/>
        </w:tc>
        <w:tc>
          <w:tcPr>
            <w:tcW w:type="dxa" w:w="1247"/>
          </w:tcPr>
          <w:p/>
        </w:tc>
        <w:tc>
          <w:tcPr>
            <w:tcW w:type="dxa" w:w="7483"/>
          </w:tcPr>
          <w:p/>
        </w:tc>
      </w:tr>
      <w:tr>
        <w:trPr>
          <w:trHeight w:val="396" w:hRule="atLeast"/>
        </w:trPr>
        <w:tc>
          <w:tcPr>
            <w:tcW w:type="dxa" w:w="1134"/>
          </w:tcPr>
          <w:p/>
        </w:tc>
        <w:tc>
          <w:tcPr>
            <w:tcW w:type="dxa" w:w="1247"/>
          </w:tcPr>
          <w:p/>
        </w:tc>
        <w:tc>
          <w:tcPr>
            <w:tcW w:type="dxa" w:w="7483"/>
          </w:tcPr>
          <w:p/>
        </w:tc>
      </w:tr>
    </w:tbl>
    <w:p>
      <w:pPr>
        <w:spacing w:after="0" w:before="0"/>
      </w:pPr>
      <w:r>
        <w:rPr>
          <w:b w:val="0"/>
          <w:sz w:val="8"/>
        </w:rPr>
      </w:r>
    </w:p>
    <w:p>
      <w:pPr>
        <w:spacing w:after="0" w:before="0"/>
      </w:pPr>
      <w:r>
        <w:rPr>
          <w:b w:val="0"/>
          <w:color w:val="64748B"/>
          <w:sz w:val="16"/>
        </w:rPr>
        <w:t>Bemerkungen:</w:t>
      </w:r>
    </w:p>
    <w:p>
      <w:pPr>
        <w:spacing w:after="200" w:before="0"/>
      </w:pPr>
      <w:r>
        <w:rPr>
          <w:b w:val="0"/>
          <w:color w:val="CBD5E1"/>
          <w:sz w:val="18"/>
        </w:rPr>
        <w:t>________________________________________________________________________________________________</w:t>
      </w:r>
    </w:p>
    <w:p>
      <w:pPr>
        <w:spacing w:after="360" w:before="0"/>
      </w:pPr>
      <w:r>
        <w:rPr>
          <w:b/>
          <w:sz w:val="20"/>
        </w:rPr>
        <w:t>Arbeiten, Stunden und Material bestätigt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288"/>
        <w:gridCol w:w="3288"/>
        <w:gridCol w:w="3288"/>
      </w:tblGrid>
      <w:tr>
        <w:tc>
          <w:tcPr>
            <w:tcW w:type="dxa" w:w="3288"/>
          </w:tcPr>
          <w:p>
            <w:pPr>
              <w:spacing w:after="0"/>
            </w:pPr>
            <w:r/>
            <w:r>
              <w:rPr>
                <w:b w:val="0"/>
                <w:color w:val="64748B"/>
                <w:sz w:val="18"/>
              </w:rPr>
              <w:t>______________________________</w:t>
            </w:r>
          </w:p>
        </w:tc>
        <w:tc>
          <w:tcPr>
            <w:tcW w:type="dxa" w:w="3288"/>
          </w:tcPr>
          <w:p>
            <w:pPr>
              <w:spacing w:after="0"/>
            </w:pPr>
            <w:r/>
            <w:r>
              <w:rPr>
                <w:b w:val="0"/>
                <w:color w:val="64748B"/>
                <w:sz w:val="18"/>
              </w:rPr>
              <w:t>______________________________</w:t>
            </w:r>
          </w:p>
        </w:tc>
        <w:tc>
          <w:tcPr>
            <w:tcW w:type="dxa" w:w="3288"/>
          </w:tcPr>
          <w:p>
            <w:pPr>
              <w:spacing w:after="0"/>
            </w:pPr>
            <w:r/>
            <w:r>
              <w:rPr>
                <w:b w:val="0"/>
                <w:color w:val="64748B"/>
                <w:sz w:val="18"/>
              </w:rPr>
              <w:t>______________________________</w:t>
            </w:r>
          </w:p>
        </w:tc>
      </w:tr>
      <w:tr>
        <w:tc>
          <w:tcPr>
            <w:tcW w:type="dxa" w:w="3288"/>
          </w:tcPr>
          <w:p>
            <w:pPr>
              <w:spacing w:after="0"/>
            </w:pPr>
            <w:r/>
            <w:r>
              <w:rPr>
                <w:b w:val="0"/>
                <w:color w:val="64748B"/>
                <w:sz w:val="16"/>
              </w:rPr>
              <w:t>Ort, Datum</w:t>
            </w:r>
          </w:p>
        </w:tc>
        <w:tc>
          <w:tcPr>
            <w:tcW w:type="dxa" w:w="3288"/>
          </w:tcPr>
          <w:p>
            <w:pPr>
              <w:spacing w:after="0"/>
            </w:pPr>
            <w:r/>
            <w:r>
              <w:rPr>
                <w:b w:val="0"/>
                <w:color w:val="64748B"/>
                <w:sz w:val="16"/>
              </w:rPr>
              <w:t>Unterschrift Auftraggeber/in</w:t>
            </w:r>
          </w:p>
        </w:tc>
        <w:tc>
          <w:tcPr>
            <w:tcW w:type="dxa" w:w="3288"/>
          </w:tcPr>
          <w:p>
            <w:pPr>
              <w:spacing w:after="0"/>
            </w:pPr>
            <w:r/>
            <w:r>
              <w:rPr>
                <w:b w:val="0"/>
                <w:color w:val="64748B"/>
                <w:sz w:val="16"/>
              </w:rPr>
              <w:t>Unterschrift Ausführende/r</w:t>
            </w:r>
          </w:p>
        </w:tc>
      </w:tr>
    </w:tbl>
    <w:p>
      <w:pPr>
        <w:spacing w:after="0" w:before="0"/>
      </w:pPr>
      <w:r>
        <w:rPr>
          <w:b w:val="0"/>
          <w:sz w:val="8"/>
        </w:rPr>
      </w:r>
    </w:p>
    <w:p>
      <w:pPr>
        <w:spacing w:after="0" w:before="0"/>
      </w:pPr>
      <w:r>
        <w:rPr>
          <w:b w:val="0"/>
          <w:color w:val="94A3B8"/>
          <w:sz w:val="14"/>
        </w:rPr>
        <w:t>Vorlage: erplight.ch/arbeitsrapport-vorlage-schweiz – online ausfüllen und als PDF laden, ohne Anmeldung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Arbeitsrapport – Vorlage Schweiz</dc:title>
  <dc:subject/>
  <dc:creator>ERPLight</dc:creator>
  <cp:keywords/>
  <dc:description>Vorlage von erplight.ch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